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חפצים שזוכרים – חפץ עם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חפץ עם סיפור משפחתי ולמה הוא מיוחד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הביטוי 'עובר מדור לדור'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סיפור הכוס של טליה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עטופה בצעיף, כשסבתא רבתא עלתה ממרוקו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הסיפור והאהבה שבתוכו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עוברים מהמבוגרים לילדים ולנכדים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ציור שציירו בגן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הוא יקר ללב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ממרוקו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מה שחשוב הוא הסיפור והרגש, לא המחיר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גם חפץ חדש יכול להפוך לזיכרון עם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הכוונה היא העברה בתוך אותה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כי הוא יקר ללב ושברירי לפעמים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צעיף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(דבר עם זיכרון משפחתי מיוחד)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(עובר ממבוגרים לילדים ולנכדים)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(חפץ ששומר זיכרון מאירוע)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(אמא של סבא או סבתא)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(הגיעה להתגורר בישראל)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כמו שבקופסה שומרים דברים חשובים, חפץ עם סיפור שומר בתוכו זיכרון וחוויה שאי אפשר לשכוח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עם הזמן החפץ מקבל סיפור וזיכרון משלו, גם אם היום הוא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היא הרגישה התרגשות וקרבה למשפחתה, אפשר לראות זאת מתוך הדרך שבה היא מתארת את הכוס בזהירות ובחיבה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תלמידים יתארו חפץ אישי ויסבירו מה הסיפור או הזיכרון הקשור אליו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חפץ ששומר זיכרון משפחתי מיוחד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עובר מהמבוגרים לילדים ולנכדים במשפחה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הסיפור והרגש, לא המחיר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להביא חפץ מהבית עם סיפור ולספר עליו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שיתוף רגשי בעדינות, כי חלק מהחפצים קשורים לזיכרונות אישיים ורגישים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חפצים שזוכרים – חפץ עם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קוראים על חפצים שעוברים במשפחה משנה לדור ושומרים בתוכם זיכרון, כמו הכוס שהגיעה עם סבתא רבתא של טליה ממרוקו.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הגיעה הכוס של סבתא רבתא של טליה לארץ?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עטופה בצעיף, כשסבתא רבתא עלתה ממרוקו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קנו אותה בשוק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קיבלו אותה במתנה מהשכנים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הופך חפץ למיוחד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המחיר הגבוה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הסיפור והאהבה שבתוכו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הגודל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הצבע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פירוש הביטוי 'עוברים מדור לדור'?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נזרקים לפח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נשברים עם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עוברים מהמבוגרים לילדים ולנכדים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נמכרים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מהבאים יכול להיות חפץ עם 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ציור שציירו בגן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עיפרון חדש מהחנות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שקית 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דף נייר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שומרים היטב על חפץ שמביאים לכיתה?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שבור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יקר ללב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אסור לגעת בחפצים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של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מהיכן עלתה סבתא רבתא של טליה?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מעיראק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עם סיפור חייב להיות יקר מאוד בכסף כדי להיות מיוחד.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הכוס של סבתא רבתא עטופה בצעיף כשהגיעה ארצה.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חדש לגמרי לא יכול להפוך למזכרת בעתיד.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'עובר מדור לדור' פירושו שהחפץ עובר ממשפחה למשפחה זרה.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חשוב לשמור בזהירות על חפץ עם סיפור שמביאים לכיתה.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החפץ המיוחד בסיפור הוא __________ של סבתא רבתא של טליה.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סבתא רבתא של טליה עלתה ארצה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הכוס הייתה עטופה ב__________ כשהיא הגיעה לארץ.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חפץ שעובר מהמבוגרים לילדים ולנכדים עובר מ__________ לדור.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מה שהופך חפץ למיוחד הוא ה__________ שבתוכו, לא המחיר.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חפץ עם סיפור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הגיעה להתגורר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מדור לדור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אמא של סבא או סבתא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מזכרת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דבר עם זיכרון משפחתי מיוחד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סבתא רבתא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עובר ממבוגרים לילדים ולנכדים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עלתה ארצה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חפץ ששומר זיכרון מאירוע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חפץ עם סיפור דומה ל'קופסה של זיכרונות'.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גם חפץ חדש יכול להיות מזכרת בעתיד?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הרגישה טליה כשהחזיקה את הכוס, ומה בטקסט רומז על כך?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ספרו על חפץ שיש לכם בבית שעובר במשפחה או יש לו סיפור מיוחד.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חפץ עם 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'עובר מדור לדור'?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בחפץ - המחיר שלו או הסיפור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חפצים שזוכרים – חפץ עם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