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חפץ עם סיפור משפחתי ולמה הוא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הביטוי 'עובר מדור לדור'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סיפור הכוס של טליה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עטופה בצעיף, כשסבתא רבתא עלתה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עוברים מהמבוגרים לילדים ולנכדים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ציור שציירו בגן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הוא יקר ללב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מה שחשוב הוא הסיפור והרגש, לא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חפץ חדש יכול להפוך לזיכרון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הכוונה היא העברה בתוך אותה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הוא יקר ללב ושברירי לפעמים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(דבר עם זיכרון משפחתי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(עובר ממבוגרים לילדים ולנכדים)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(חפץ ששומר זיכרון מאירוע)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(אמא של סבא או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(הגיעה להתגורר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 שבקופסה שומרים דברים חשובים, חפץ עם סיפור שומר בתוכו זיכרון וחוויה שאי אפשר לשכוח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עם הזמן החפץ מקבל סיפור וזיכרון משלו, גם אם היום הוא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הרגישה התרגשות וקרבה למשפחתה, אפשר לראות זאת מתוך הדרך שבה היא מתארת את הכוס בזהירות ובחיבה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תלמידים יתארו חפץ אישי ויסבירו מה הסיפור או הזיכרון הקשור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חפץ ששומר זיכרון משפחתי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עובר מהמבוגרים לילדים ולנכדים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והרגש, לא 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חפץ מהבית עם סיפור ולספר עליו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רגשי בעדינות, כי חלק מהחפצים קשורים לזיכרונות אישיים ורגישים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על חפצים ישנים שעוברים במשפחה. יש להם סיפור וזיכרון.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עם 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שיש לו זיכרון משפחתי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מדור לדור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 ממבוגרים לילדים ולנכדים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מזכרת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ששומר זיכרון מאירוע או מאדם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סבתא רבתא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סבא או סבתא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עלתה ארצה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הגיעה להתגורר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או אירוע שהמשפחה זוכרת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יקר ללב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לאדם מבחינה רגשית, לא בכסף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הכוס הגיעה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עטופה בצעיף, כשסבתא רבתא עלתה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קנו אותה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קיבלו אותה במתנה מהשכנים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חפץ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הגבוה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'מדור לדור'?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נזרקים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נשברים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מהמבוגרים לילדים ולנכדים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נמכרים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יכול להיות 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שציירו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עיפרון חדש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נייר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צריך לשמור על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שבור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יקר ללב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לגעת בחפצים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מאיזו ארץ הגיעה סבתא רבתא?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מעיראק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סיפור חייב להיות יקר מאוד בכסף כדי להיות מיוחד.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הכוס של סבתא רבתא עטופה בצעיף כשהגיעה ארצה.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חדש לגמרי לא יכול להפוך למזכרת בעתיד.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'עובר מדור לדור' פירושו שהחפץ עובר ממשפחה למשפחה 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לשמור בזהירות על חפץ עם סיפור שמביאים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החפץ המיוחד בסיפור הוא __________ של סבתא רבתא של 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רבתא של טליה עלתה ארצה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הכוס הייתה עטופה ב__________ כשהיא הגיעה לארץ.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שעובר מהמבוגרים לילדים ולנכדים עובר מ__________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שהופך חפץ למיוחד הוא ה__________ שבתוכו, לא המחיר.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אמא של סבא או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מדור לדור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הגיעה להתגורר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עם זיכרון משפחתי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סבתא רבתא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עובר ממבוגרים לילדים ולנכדים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עלתה ארצה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ששומר זיכרון מאירוע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חפץ עם סיפור דומה ל'קופסה של זיכרונות'.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גם חפץ חדש יכול להיות מזכרת בעתיד?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הרגישה טליה כשהחזיקה את הכוס, ומה בטקסט רומז על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ספרו על חפץ שיש לכם בבית שעובר במשפחה או יש לו סיפור מיוחד.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חפץ עם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'עובר מדור לדור'?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בחפץ - המחיר שלו או הסיפור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